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042" w:rsidRPr="00DD46E8" w:rsidRDefault="00DD46E8" w:rsidP="00DD46E8">
      <w:pPr>
        <w:spacing w:after="200" w:line="360" w:lineRule="auto"/>
        <w:jc w:val="right"/>
        <w:rPr>
          <w:rFonts w:ascii="Times New Roman" w:hAnsi="Times New Roman" w:cs="Times New Roman"/>
          <w:sz w:val="24"/>
          <w:szCs w:val="24"/>
        </w:rPr>
      </w:pPr>
      <w:r>
        <w:rPr>
          <w:rFonts w:ascii="Times New Roman" w:hAnsi="Times New Roman" w:cs="Times New Roman"/>
          <w:sz w:val="24"/>
          <w:szCs w:val="24"/>
        </w:rPr>
        <w:t>12</w:t>
      </w:r>
      <w:r w:rsidR="00CE1A5A" w:rsidRPr="00DD46E8">
        <w:rPr>
          <w:rFonts w:ascii="Times New Roman" w:hAnsi="Times New Roman" w:cs="Times New Roman"/>
          <w:sz w:val="24"/>
          <w:szCs w:val="24"/>
        </w:rPr>
        <w:t xml:space="preserve"> </w:t>
      </w:r>
      <w:proofErr w:type="spellStart"/>
      <w:r w:rsidR="00CE1A5A" w:rsidRPr="00DD46E8">
        <w:rPr>
          <w:rFonts w:ascii="Times New Roman" w:hAnsi="Times New Roman" w:cs="Times New Roman"/>
          <w:sz w:val="24"/>
          <w:szCs w:val="24"/>
        </w:rPr>
        <w:t>Ağustos</w:t>
      </w:r>
      <w:proofErr w:type="spellEnd"/>
      <w:r w:rsidR="00CE1A5A" w:rsidRPr="00DD46E8">
        <w:rPr>
          <w:rFonts w:ascii="Times New Roman" w:hAnsi="Times New Roman" w:cs="Times New Roman"/>
          <w:sz w:val="24"/>
          <w:szCs w:val="24"/>
        </w:rPr>
        <w:t xml:space="preserve"> 2026</w:t>
      </w:r>
    </w:p>
    <w:p w:rsidR="00DD46E8" w:rsidRDefault="00DD46E8" w:rsidP="00DD46E8">
      <w:pPr>
        <w:spacing w:after="0" w:line="360" w:lineRule="auto"/>
        <w:rPr>
          <w:rFonts w:ascii="Times New Roman" w:hAnsi="Times New Roman" w:cs="Times New Roman"/>
          <w:b/>
          <w:sz w:val="24"/>
          <w:szCs w:val="24"/>
        </w:rPr>
      </w:pPr>
    </w:p>
    <w:p w:rsidR="00BB0042" w:rsidRPr="00DD46E8" w:rsidRDefault="00CE1A5A" w:rsidP="00DD46E8">
      <w:pPr>
        <w:spacing w:after="0" w:line="360" w:lineRule="auto"/>
        <w:rPr>
          <w:rFonts w:ascii="Times New Roman" w:hAnsi="Times New Roman" w:cs="Times New Roman"/>
          <w:sz w:val="24"/>
          <w:szCs w:val="24"/>
        </w:rPr>
      </w:pPr>
      <w:proofErr w:type="spellStart"/>
      <w:r w:rsidRPr="00DD46E8">
        <w:rPr>
          <w:rFonts w:ascii="Times New Roman" w:hAnsi="Times New Roman" w:cs="Times New Roman"/>
          <w:b/>
          <w:sz w:val="24"/>
          <w:szCs w:val="24"/>
        </w:rPr>
        <w:t>Cumhuriyet</w:t>
      </w:r>
      <w:proofErr w:type="spellEnd"/>
      <w:r w:rsidRPr="00DD46E8">
        <w:rPr>
          <w:rFonts w:ascii="Times New Roman" w:hAnsi="Times New Roman" w:cs="Times New Roman"/>
          <w:b/>
          <w:sz w:val="24"/>
          <w:szCs w:val="24"/>
        </w:rPr>
        <w:t xml:space="preserve"> </w:t>
      </w:r>
      <w:proofErr w:type="spellStart"/>
      <w:r w:rsidRPr="00DD46E8">
        <w:rPr>
          <w:rFonts w:ascii="Times New Roman" w:hAnsi="Times New Roman" w:cs="Times New Roman"/>
          <w:b/>
          <w:sz w:val="24"/>
          <w:szCs w:val="24"/>
        </w:rPr>
        <w:t>Meclisi</w:t>
      </w:r>
      <w:proofErr w:type="spellEnd"/>
      <w:r w:rsidRPr="00DD46E8">
        <w:rPr>
          <w:rFonts w:ascii="Times New Roman" w:hAnsi="Times New Roman" w:cs="Times New Roman"/>
          <w:b/>
          <w:sz w:val="24"/>
          <w:szCs w:val="24"/>
        </w:rPr>
        <w:t xml:space="preserve"> </w:t>
      </w:r>
      <w:proofErr w:type="spellStart"/>
      <w:r w:rsidRPr="00DD46E8">
        <w:rPr>
          <w:rFonts w:ascii="Times New Roman" w:hAnsi="Times New Roman" w:cs="Times New Roman"/>
          <w:b/>
          <w:sz w:val="24"/>
          <w:szCs w:val="24"/>
        </w:rPr>
        <w:t>Başkanlığı</w:t>
      </w:r>
      <w:proofErr w:type="spellEnd"/>
      <w:r w:rsidRPr="00DD46E8">
        <w:rPr>
          <w:rFonts w:ascii="Times New Roman" w:hAnsi="Times New Roman" w:cs="Times New Roman"/>
          <w:b/>
          <w:sz w:val="24"/>
          <w:szCs w:val="24"/>
        </w:rPr>
        <w:t>,</w:t>
      </w:r>
    </w:p>
    <w:p w:rsidR="00BB0042" w:rsidRPr="00DD46E8" w:rsidRDefault="00CE1A5A" w:rsidP="00DD46E8">
      <w:pPr>
        <w:spacing w:after="240" w:line="360" w:lineRule="auto"/>
        <w:rPr>
          <w:rFonts w:ascii="Times New Roman" w:hAnsi="Times New Roman" w:cs="Times New Roman"/>
          <w:sz w:val="24"/>
          <w:szCs w:val="24"/>
        </w:rPr>
      </w:pPr>
      <w:proofErr w:type="gramStart"/>
      <w:r w:rsidRPr="00DD46E8">
        <w:rPr>
          <w:rFonts w:ascii="Times New Roman" w:hAnsi="Times New Roman" w:cs="Times New Roman"/>
          <w:b/>
          <w:sz w:val="24"/>
          <w:szCs w:val="24"/>
        </w:rPr>
        <w:t>Lefkoşa.</w:t>
      </w:r>
      <w:proofErr w:type="gramEnd"/>
    </w:p>
    <w:p w:rsidR="00BB0042" w:rsidRPr="00DD46E8" w:rsidRDefault="00CE1A5A" w:rsidP="00DD46E8">
      <w:pPr>
        <w:spacing w:after="240" w:line="360" w:lineRule="auto"/>
        <w:rPr>
          <w:rFonts w:ascii="Times New Roman" w:hAnsi="Times New Roman" w:cs="Times New Roman"/>
          <w:sz w:val="24"/>
          <w:szCs w:val="24"/>
        </w:rPr>
      </w:pPr>
      <w:r w:rsidRPr="00DD46E8">
        <w:rPr>
          <w:rFonts w:ascii="Times New Roman" w:hAnsi="Times New Roman" w:cs="Times New Roman"/>
          <w:sz w:val="24"/>
          <w:szCs w:val="24"/>
        </w:rPr>
        <w:t>“Ülkemizde son dönemde giderek yoğunlaşan ve kamuoyundaki güvenlik kaygısını derinleştiren sorunlar karşısında toplum güvenliğinin sağlanmasına yönelik hükümetin politika ve tedbirlerinin Meclisin denetim işlevi çerçevesinde değerlendirilmesi, ilgili kurumların etkinliğinin güçlendirilmesi için yapılması gerekenlerin ve alınabilecek ek tedbirlerin görüşülmesi” amacıyla, Cumhuriyet Meclisi İçtüzüğünün 60’ıncı maddesi uyarınca Meclis Genel Kurulunun 17 Ağustos 2026 Pazartesi günü saat 10.00’da olağanüstü toplantıya çağrılması için gereğini rica eder, saygılar sunarız.</w:t>
      </w:r>
    </w:p>
    <w:p w:rsidR="00DD46E8" w:rsidRDefault="00DD46E8" w:rsidP="00DD46E8">
      <w:pPr>
        <w:spacing w:after="0" w:line="360" w:lineRule="auto"/>
        <w:rPr>
          <w:rFonts w:ascii="Times New Roman" w:hAnsi="Times New Roman" w:cs="Times New Roman"/>
          <w:b/>
          <w:sz w:val="24"/>
          <w:szCs w:val="24"/>
        </w:rPr>
      </w:pPr>
    </w:p>
    <w:p w:rsidR="00BB0042" w:rsidRPr="00DD46E8" w:rsidRDefault="00CE1A5A" w:rsidP="00DD46E8">
      <w:pPr>
        <w:spacing w:after="0" w:line="360" w:lineRule="auto"/>
        <w:rPr>
          <w:rFonts w:ascii="Times New Roman" w:hAnsi="Times New Roman" w:cs="Times New Roman"/>
          <w:sz w:val="24"/>
          <w:szCs w:val="24"/>
        </w:rPr>
      </w:pPr>
      <w:proofErr w:type="spellStart"/>
      <w:r w:rsidRPr="00DD46E8">
        <w:rPr>
          <w:rFonts w:ascii="Times New Roman" w:hAnsi="Times New Roman" w:cs="Times New Roman"/>
          <w:b/>
          <w:sz w:val="24"/>
          <w:szCs w:val="24"/>
        </w:rPr>
        <w:t>İmza</w:t>
      </w:r>
      <w:proofErr w:type="spellEnd"/>
      <w:r w:rsidRPr="00DD46E8">
        <w:rPr>
          <w:rFonts w:ascii="Times New Roman" w:hAnsi="Times New Roman" w:cs="Times New Roman"/>
          <w:b/>
          <w:sz w:val="24"/>
          <w:szCs w:val="24"/>
        </w:rPr>
        <w:t xml:space="preserve"> </w:t>
      </w:r>
      <w:proofErr w:type="spellStart"/>
      <w:r w:rsidRPr="00DD46E8">
        <w:rPr>
          <w:rFonts w:ascii="Times New Roman" w:hAnsi="Times New Roman" w:cs="Times New Roman"/>
          <w:b/>
          <w:sz w:val="24"/>
          <w:szCs w:val="24"/>
        </w:rPr>
        <w:t>Sahipleri</w:t>
      </w:r>
      <w:proofErr w:type="spellEnd"/>
      <w:r w:rsidRPr="00DD46E8">
        <w:rPr>
          <w:rFonts w:ascii="Times New Roman" w:hAnsi="Times New Roman" w:cs="Times New Roman"/>
          <w:b/>
          <w:sz w:val="24"/>
          <w:szCs w:val="24"/>
        </w:rPr>
        <w:t>:</w:t>
      </w:r>
    </w:p>
    <w:p w:rsidR="00BB0042" w:rsidRPr="00DD46E8" w:rsidRDefault="00CE1A5A" w:rsidP="00DD46E8">
      <w:pPr>
        <w:spacing w:line="360" w:lineRule="auto"/>
        <w:rPr>
          <w:rFonts w:ascii="Times New Roman" w:hAnsi="Times New Roman" w:cs="Times New Roman"/>
          <w:sz w:val="24"/>
          <w:szCs w:val="24"/>
        </w:rPr>
      </w:pPr>
      <w:r w:rsidRPr="00DD46E8">
        <w:rPr>
          <w:rFonts w:ascii="Times New Roman" w:hAnsi="Times New Roman" w:cs="Times New Roman"/>
          <w:sz w:val="24"/>
          <w:szCs w:val="24"/>
        </w:rPr>
        <w:br w:type="page"/>
      </w:r>
    </w:p>
    <w:p w:rsidR="00BB0042" w:rsidRPr="00DD46E8" w:rsidRDefault="00CE1A5A" w:rsidP="00DD46E8">
      <w:pPr>
        <w:spacing w:after="240" w:line="360" w:lineRule="auto"/>
        <w:jc w:val="center"/>
        <w:rPr>
          <w:rFonts w:ascii="Times New Roman" w:hAnsi="Times New Roman" w:cs="Times New Roman"/>
          <w:sz w:val="24"/>
          <w:szCs w:val="24"/>
        </w:rPr>
      </w:pPr>
      <w:r w:rsidRPr="00DD46E8">
        <w:rPr>
          <w:rFonts w:ascii="Times New Roman" w:hAnsi="Times New Roman" w:cs="Times New Roman"/>
          <w:b/>
          <w:sz w:val="24"/>
          <w:szCs w:val="24"/>
        </w:rPr>
        <w:lastRenderedPageBreak/>
        <w:t>GEREKÇE</w:t>
      </w:r>
    </w:p>
    <w:p w:rsidR="00BB0042" w:rsidRPr="00DD46E8" w:rsidRDefault="00CE1A5A" w:rsidP="00DD46E8">
      <w:pPr>
        <w:spacing w:after="160" w:line="360" w:lineRule="auto"/>
        <w:jc w:val="both"/>
        <w:rPr>
          <w:rFonts w:ascii="Times New Roman" w:hAnsi="Times New Roman" w:cs="Times New Roman"/>
          <w:sz w:val="24"/>
          <w:szCs w:val="24"/>
        </w:rPr>
      </w:pPr>
      <w:proofErr w:type="spellStart"/>
      <w:proofErr w:type="gramStart"/>
      <w:r w:rsidRPr="00DD46E8">
        <w:rPr>
          <w:rFonts w:ascii="Times New Roman" w:hAnsi="Times New Roman" w:cs="Times New Roman"/>
          <w:sz w:val="24"/>
          <w:szCs w:val="24"/>
        </w:rPr>
        <w:t>Ülkemizde</w:t>
      </w:r>
      <w:proofErr w:type="spellEnd"/>
      <w:r w:rsidRPr="00DD46E8">
        <w:rPr>
          <w:rFonts w:ascii="Times New Roman" w:hAnsi="Times New Roman" w:cs="Times New Roman"/>
          <w:sz w:val="24"/>
          <w:szCs w:val="24"/>
        </w:rPr>
        <w:t xml:space="preserve"> son </w:t>
      </w:r>
      <w:proofErr w:type="spellStart"/>
      <w:r w:rsidRPr="00DD46E8">
        <w:rPr>
          <w:rFonts w:ascii="Times New Roman" w:hAnsi="Times New Roman" w:cs="Times New Roman"/>
          <w:sz w:val="24"/>
          <w:szCs w:val="24"/>
        </w:rPr>
        <w:t>dönemde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giderek</w:t>
      </w:r>
      <w:proofErr w:type="spellEnd"/>
      <w:r w:rsidRPr="00DD46E8">
        <w:rPr>
          <w:rFonts w:ascii="Times New Roman" w:hAnsi="Times New Roman" w:cs="Times New Roman"/>
          <w:sz w:val="24"/>
          <w:szCs w:val="24"/>
        </w:rPr>
        <w:t xml:space="preserve"> yoğunlaşan ve </w:t>
      </w:r>
      <w:proofErr w:type="spellStart"/>
      <w:r w:rsidRPr="00DD46E8">
        <w:rPr>
          <w:rFonts w:ascii="Times New Roman" w:hAnsi="Times New Roman" w:cs="Times New Roman"/>
          <w:sz w:val="24"/>
          <w:szCs w:val="24"/>
        </w:rPr>
        <w:t>özellikle</w:t>
      </w:r>
      <w:proofErr w:type="spellEnd"/>
      <w:r w:rsidRPr="00DD46E8">
        <w:rPr>
          <w:rFonts w:ascii="Times New Roman" w:hAnsi="Times New Roman" w:cs="Times New Roman"/>
          <w:sz w:val="24"/>
          <w:szCs w:val="24"/>
        </w:rPr>
        <w:t xml:space="preserve"> son </w:t>
      </w:r>
      <w:proofErr w:type="spellStart"/>
      <w:r w:rsidRPr="00DD46E8">
        <w:rPr>
          <w:rFonts w:ascii="Times New Roman" w:hAnsi="Times New Roman" w:cs="Times New Roman"/>
          <w:sz w:val="24"/>
          <w:szCs w:val="24"/>
        </w:rPr>
        <w:t>günlerde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kamuoyundaki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güvenlik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kaygısını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derinleştiren</w:t>
      </w:r>
      <w:proofErr w:type="spellEnd"/>
      <w:r w:rsidR="00DD46E8">
        <w:rPr>
          <w:rFonts w:ascii="Times New Roman" w:hAnsi="Times New Roman" w:cs="Times New Roman"/>
          <w:sz w:val="24"/>
          <w:szCs w:val="24"/>
        </w:rPr>
        <w:t xml:space="preserve"> </w:t>
      </w:r>
      <w:proofErr w:type="spellStart"/>
      <w:r w:rsidR="00DD46E8" w:rsidRPr="00DD46E8">
        <w:rPr>
          <w:rFonts w:ascii="Times New Roman" w:hAnsi="Times New Roman" w:cs="Times New Roman"/>
          <w:sz w:val="24"/>
          <w:szCs w:val="24"/>
        </w:rPr>
        <w:t>olaylar</w:t>
      </w:r>
      <w:proofErr w:type="spellEnd"/>
      <w:r w:rsidR="00DD46E8" w:rsidRPr="00DD46E8">
        <w:rPr>
          <w:rFonts w:ascii="Times New Roman" w:hAnsi="Times New Roman" w:cs="Times New Roman"/>
          <w:sz w:val="24"/>
          <w:szCs w:val="24"/>
        </w:rPr>
        <w:t xml:space="preserve"> </w:t>
      </w:r>
      <w:proofErr w:type="spellStart"/>
      <w:r w:rsidR="00DD46E8" w:rsidRPr="00DD46E8">
        <w:rPr>
          <w:rFonts w:ascii="Times New Roman" w:hAnsi="Times New Roman" w:cs="Times New Roman"/>
          <w:sz w:val="24"/>
          <w:szCs w:val="24"/>
        </w:rPr>
        <w:t>ve</w:t>
      </w:r>
      <w:proofErr w:type="spellEnd"/>
      <w:r w:rsidR="00DD46E8" w:rsidRPr="00DD46E8">
        <w:rPr>
          <w:rFonts w:ascii="Times New Roman" w:hAnsi="Times New Roman" w:cs="Times New Roman"/>
          <w:sz w:val="24"/>
          <w:szCs w:val="24"/>
        </w:rPr>
        <w:t xml:space="preserve"> </w:t>
      </w:r>
      <w:proofErr w:type="spellStart"/>
      <w:r w:rsidR="00DD46E8" w:rsidRPr="00DD46E8">
        <w:rPr>
          <w:rFonts w:ascii="Times New Roman" w:hAnsi="Times New Roman" w:cs="Times New Roman"/>
          <w:sz w:val="24"/>
          <w:szCs w:val="24"/>
        </w:rPr>
        <w:t>gelişmeler</w:t>
      </w:r>
      <w:proofErr w:type="spellEnd"/>
      <w:r w:rsid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toplum</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güvenliğini</w:t>
      </w:r>
      <w:proofErr w:type="spellEnd"/>
      <w:r w:rsidRP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doğrudan</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etkileyen</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konunun</w:t>
      </w:r>
      <w:proofErr w:type="spellEnd"/>
      <w:r w:rsid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ivedilikle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ele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alınmasını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gerekli</w:t>
      </w:r>
      <w:proofErr w:type="spellEnd"/>
      <w:r w:rsidRPr="00DD46E8">
        <w:rPr>
          <w:rFonts w:ascii="Times New Roman" w:hAnsi="Times New Roman" w:cs="Times New Roman"/>
          <w:sz w:val="24"/>
          <w:szCs w:val="24"/>
        </w:rPr>
        <w:t xml:space="preserve"> hale getirmiştir.</w:t>
      </w:r>
      <w:proofErr w:type="gramEnd"/>
      <w:r w:rsidRPr="00DD46E8">
        <w:rPr>
          <w:rFonts w:ascii="Times New Roman" w:hAnsi="Times New Roman" w:cs="Times New Roman"/>
          <w:sz w:val="24"/>
          <w:szCs w:val="24"/>
        </w:rPr>
        <w:t xml:space="preserve"> </w:t>
      </w:r>
      <w:proofErr w:type="gramStart"/>
      <w:r w:rsidRPr="00DD46E8">
        <w:rPr>
          <w:rFonts w:ascii="Times New Roman" w:hAnsi="Times New Roman" w:cs="Times New Roman"/>
          <w:sz w:val="24"/>
          <w:szCs w:val="24"/>
        </w:rPr>
        <w:t>İnsanların günlük yaşamlarında kendilerini güvende hissetmeleri, devletin yerine getirmesi gereken en temel sorumluluklardan biridir.</w:t>
      </w:r>
      <w:proofErr w:type="gramEnd"/>
    </w:p>
    <w:p w:rsidR="00BB0042" w:rsidRPr="00DD46E8" w:rsidRDefault="00CE1A5A" w:rsidP="00DD46E8">
      <w:pPr>
        <w:spacing w:after="160" w:line="360" w:lineRule="auto"/>
        <w:jc w:val="both"/>
        <w:rPr>
          <w:rFonts w:ascii="Times New Roman" w:hAnsi="Times New Roman" w:cs="Times New Roman"/>
          <w:sz w:val="24"/>
          <w:szCs w:val="24"/>
        </w:rPr>
      </w:pPr>
      <w:proofErr w:type="gramStart"/>
      <w:r w:rsidRPr="00DD46E8">
        <w:rPr>
          <w:rFonts w:ascii="Times New Roman" w:hAnsi="Times New Roman" w:cs="Times New Roman"/>
          <w:sz w:val="24"/>
          <w:szCs w:val="24"/>
        </w:rPr>
        <w:t>Yaşanan gelişmeler, toplum güvenliğinin sağlanmasına yönelik mevcut politikaların ve alınan tedbirlerin değerlendirilmesini, ihtiyaç duyulan yeni politikaların geliştirilmesini ve gerekli tedbirlerin gecikmeksizin belirlenmesini zorunlu kılmaktadır.</w:t>
      </w:r>
      <w:proofErr w:type="gramEnd"/>
      <w:r w:rsidRPr="00DD46E8">
        <w:rPr>
          <w:rFonts w:ascii="Times New Roman" w:hAnsi="Times New Roman" w:cs="Times New Roman"/>
          <w:sz w:val="24"/>
          <w:szCs w:val="24"/>
        </w:rPr>
        <w:t xml:space="preserve"> </w:t>
      </w:r>
      <w:proofErr w:type="gramStart"/>
      <w:r w:rsidRPr="00DD46E8">
        <w:rPr>
          <w:rFonts w:ascii="Times New Roman" w:hAnsi="Times New Roman" w:cs="Times New Roman"/>
          <w:sz w:val="24"/>
          <w:szCs w:val="24"/>
        </w:rPr>
        <w:t>Aynı zamanda, güvenliğin sağlanmasında görev ve sorumluluğu bulunan kurumların etkinliğinin değerlendirilmesi ve güçlendirilmesi için yapılması gerekenlerin ele alınması gerekmektedir.</w:t>
      </w:r>
      <w:proofErr w:type="gramEnd"/>
    </w:p>
    <w:p w:rsidR="00BB0042" w:rsidRPr="00DD46E8" w:rsidRDefault="00CE1A5A" w:rsidP="00DD46E8">
      <w:pPr>
        <w:spacing w:after="160" w:line="360" w:lineRule="auto"/>
        <w:jc w:val="both"/>
        <w:rPr>
          <w:rFonts w:ascii="Times New Roman" w:hAnsi="Times New Roman" w:cs="Times New Roman"/>
          <w:sz w:val="24"/>
          <w:szCs w:val="24"/>
        </w:rPr>
      </w:pPr>
      <w:proofErr w:type="gramStart"/>
      <w:r w:rsidRPr="00DD46E8">
        <w:rPr>
          <w:rFonts w:ascii="Times New Roman" w:hAnsi="Times New Roman" w:cs="Times New Roman"/>
          <w:sz w:val="24"/>
          <w:szCs w:val="24"/>
        </w:rPr>
        <w:t xml:space="preserve">Hükümetin izlediği politikaların ve </w:t>
      </w:r>
      <w:proofErr w:type="spellStart"/>
      <w:r w:rsidRPr="00DD46E8">
        <w:rPr>
          <w:rFonts w:ascii="Times New Roman" w:hAnsi="Times New Roman" w:cs="Times New Roman"/>
          <w:sz w:val="24"/>
          <w:szCs w:val="24"/>
        </w:rPr>
        <w:t>aldığı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tedbirlerin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Cumhuriyet</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Meclisinde</w:t>
      </w:r>
      <w:proofErr w:type="spellEnd"/>
      <w:r w:rsidR="00F62397">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ele</w:t>
      </w:r>
      <w:proofErr w:type="spellEnd"/>
      <w:r w:rsidR="00F62397">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alınması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ve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hükümetin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bunlara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ilişkin</w:t>
      </w:r>
      <w:proofErr w:type="spellEnd"/>
      <w:r w:rsidRPr="00DD46E8">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izahat</w:t>
      </w:r>
      <w:proofErr w:type="spellEnd"/>
      <w:r w:rsidR="00F62397">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vermesi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Meclisin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denetim</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işlevinin</w:t>
      </w:r>
      <w:proofErr w:type="spellEnd"/>
      <w:r w:rsidRPr="00DD46E8">
        <w:rPr>
          <w:rFonts w:ascii="Times New Roman" w:hAnsi="Times New Roman" w:cs="Times New Roman"/>
          <w:sz w:val="24"/>
          <w:szCs w:val="24"/>
        </w:rPr>
        <w:t>, şeffaflığın ve hesap verebilir yönetim anlayışının gereğidir.</w:t>
      </w:r>
      <w:proofErr w:type="gramEnd"/>
      <w:r w:rsidRPr="00DD46E8">
        <w:rPr>
          <w:rFonts w:ascii="Times New Roman" w:hAnsi="Times New Roman" w:cs="Times New Roman"/>
          <w:sz w:val="24"/>
          <w:szCs w:val="24"/>
        </w:rPr>
        <w:t xml:space="preserve"> Muhalefetin halk </w:t>
      </w:r>
      <w:proofErr w:type="spellStart"/>
      <w:r w:rsidRPr="00DD46E8">
        <w:rPr>
          <w:rFonts w:ascii="Times New Roman" w:hAnsi="Times New Roman" w:cs="Times New Roman"/>
          <w:sz w:val="24"/>
          <w:szCs w:val="24"/>
        </w:rPr>
        <w:t>adına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ortaya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koyacağı</w:t>
      </w:r>
      <w:proofErr w:type="spellEnd"/>
      <w:r w:rsidRPr="00DD46E8">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öneri</w:t>
      </w:r>
      <w:proofErr w:type="spellEnd"/>
      <w:r w:rsidR="00F62397">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eleştiri</w:t>
      </w:r>
      <w:proofErr w:type="spellEnd"/>
      <w:r w:rsidR="00F62397">
        <w:rPr>
          <w:rFonts w:ascii="Times New Roman" w:hAnsi="Times New Roman" w:cs="Times New Roman"/>
          <w:sz w:val="24"/>
          <w:szCs w:val="24"/>
        </w:rPr>
        <w:t xml:space="preserve"> </w:t>
      </w:r>
      <w:proofErr w:type="spellStart"/>
      <w:proofErr w:type="gramStart"/>
      <w:r w:rsidR="00F62397">
        <w:rPr>
          <w:rFonts w:ascii="Times New Roman" w:hAnsi="Times New Roman" w:cs="Times New Roman"/>
          <w:sz w:val="24"/>
          <w:szCs w:val="24"/>
        </w:rPr>
        <w:t>ve</w:t>
      </w:r>
      <w:proofErr w:type="spellEnd"/>
      <w:r w:rsidR="00F62397">
        <w:rPr>
          <w:rFonts w:ascii="Times New Roman" w:hAnsi="Times New Roman" w:cs="Times New Roman"/>
          <w:sz w:val="24"/>
          <w:szCs w:val="24"/>
        </w:rPr>
        <w:t xml:space="preserve"> </w:t>
      </w:r>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görüş</w:t>
      </w:r>
      <w:r w:rsidR="00F62397">
        <w:rPr>
          <w:rFonts w:ascii="Times New Roman" w:hAnsi="Times New Roman" w:cs="Times New Roman"/>
          <w:sz w:val="24"/>
          <w:szCs w:val="24"/>
        </w:rPr>
        <w:t>lerin</w:t>
      </w:r>
      <w:proofErr w:type="spellEnd"/>
      <w:proofErr w:type="gramEnd"/>
      <w:r w:rsidR="00F62397">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de</w:t>
      </w:r>
      <w:r w:rsidR="00F62397">
        <w:rPr>
          <w:rFonts w:ascii="Times New Roman" w:hAnsi="Times New Roman" w:cs="Times New Roman"/>
          <w:sz w:val="24"/>
          <w:szCs w:val="24"/>
        </w:rPr>
        <w:t>ğerlendirilmesi</w:t>
      </w:r>
      <w:proofErr w:type="spellEnd"/>
      <w:r w:rsidR="00F62397">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ihtiyaç</w:t>
      </w:r>
      <w:proofErr w:type="spellEnd"/>
      <w:r w:rsidR="00F62397">
        <w:rPr>
          <w:rFonts w:ascii="Times New Roman" w:hAnsi="Times New Roman" w:cs="Times New Roman"/>
          <w:sz w:val="24"/>
          <w:szCs w:val="24"/>
        </w:rPr>
        <w:t xml:space="preserve"> </w:t>
      </w:r>
      <w:proofErr w:type="spellStart"/>
      <w:r w:rsidR="00F62397">
        <w:rPr>
          <w:rFonts w:ascii="Times New Roman" w:hAnsi="Times New Roman" w:cs="Times New Roman"/>
          <w:sz w:val="24"/>
          <w:szCs w:val="24"/>
        </w:rPr>
        <w:t>duyulan</w:t>
      </w:r>
      <w:bookmarkStart w:id="0" w:name="_GoBack"/>
      <w:bookmarkEnd w:id="0"/>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ek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tedbirlerin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tespit</w:t>
      </w:r>
      <w:proofErr w:type="spellEnd"/>
      <w:r w:rsidRPr="00DD46E8">
        <w:rPr>
          <w:rFonts w:ascii="Times New Roman" w:hAnsi="Times New Roman" w:cs="Times New Roman"/>
          <w:sz w:val="24"/>
          <w:szCs w:val="24"/>
        </w:rPr>
        <w:t xml:space="preserve"> edilmesi ve doğru politikaların geliştirilmesi bakımından önemlidir.</w:t>
      </w:r>
    </w:p>
    <w:p w:rsidR="00BB0042" w:rsidRPr="00DD46E8" w:rsidRDefault="00CE1A5A" w:rsidP="00DD46E8">
      <w:pPr>
        <w:spacing w:after="160" w:line="360" w:lineRule="auto"/>
        <w:jc w:val="both"/>
        <w:rPr>
          <w:rFonts w:ascii="Times New Roman" w:hAnsi="Times New Roman" w:cs="Times New Roman"/>
          <w:sz w:val="24"/>
          <w:szCs w:val="24"/>
        </w:rPr>
      </w:pPr>
      <w:proofErr w:type="gramStart"/>
      <w:r w:rsidRPr="00DD46E8">
        <w:rPr>
          <w:rFonts w:ascii="Times New Roman" w:hAnsi="Times New Roman" w:cs="Times New Roman"/>
          <w:sz w:val="24"/>
          <w:szCs w:val="24"/>
        </w:rPr>
        <w:t xml:space="preserve">Cumhuriyet </w:t>
      </w:r>
      <w:proofErr w:type="spellStart"/>
      <w:r w:rsidRPr="00DD46E8">
        <w:rPr>
          <w:rFonts w:ascii="Times New Roman" w:hAnsi="Times New Roman" w:cs="Times New Roman"/>
          <w:sz w:val="24"/>
          <w:szCs w:val="24"/>
        </w:rPr>
        <w:t>Meclisi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Genel</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Kurulunun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olağan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çalı</w:t>
      </w:r>
      <w:r w:rsidR="00DD46E8">
        <w:rPr>
          <w:rFonts w:ascii="Times New Roman" w:hAnsi="Times New Roman" w:cs="Times New Roman"/>
          <w:sz w:val="24"/>
          <w:szCs w:val="24"/>
        </w:rPr>
        <w:t>şmalarının</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başlaması</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beklenmeksizin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toplumun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bütününü</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ilgilendiren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bu</w:t>
      </w:r>
      <w:proofErr w:type="spellEnd"/>
      <w:r w:rsidRPr="00DD46E8">
        <w:rPr>
          <w:rFonts w:ascii="Times New Roman" w:hAnsi="Times New Roman" w:cs="Times New Roman"/>
          <w:sz w:val="24"/>
          <w:szCs w:val="24"/>
        </w:rPr>
        <w:t xml:space="preserve"> ortak meselenin </w:t>
      </w:r>
      <w:proofErr w:type="spellStart"/>
      <w:r w:rsidRPr="00DD46E8">
        <w:rPr>
          <w:rFonts w:ascii="Times New Roman" w:hAnsi="Times New Roman" w:cs="Times New Roman"/>
          <w:sz w:val="24"/>
          <w:szCs w:val="24"/>
        </w:rPr>
        <w:t>Meclis</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çatısı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altında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iv</w:t>
      </w:r>
      <w:r w:rsidR="00DD46E8">
        <w:rPr>
          <w:rFonts w:ascii="Times New Roman" w:hAnsi="Times New Roman" w:cs="Times New Roman"/>
          <w:sz w:val="24"/>
          <w:szCs w:val="24"/>
        </w:rPr>
        <w:t>edilikle</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ele</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alınması</w:t>
      </w:r>
      <w:proofErr w:type="spellEnd"/>
      <w:r w:rsidR="00DD46E8">
        <w:rPr>
          <w:rFonts w:ascii="Times New Roman" w:hAnsi="Times New Roman" w:cs="Times New Roman"/>
          <w:sz w:val="24"/>
          <w:szCs w:val="24"/>
        </w:rPr>
        <w:t xml:space="preserve"> </w:t>
      </w:r>
      <w:proofErr w:type="spellStart"/>
      <w:r w:rsidR="00DD46E8">
        <w:rPr>
          <w:rFonts w:ascii="Times New Roman" w:hAnsi="Times New Roman" w:cs="Times New Roman"/>
          <w:sz w:val="24"/>
          <w:szCs w:val="24"/>
        </w:rPr>
        <w:t>gerekmektedir</w:t>
      </w:r>
      <w:proofErr w:type="spellEnd"/>
      <w:r w:rsidRPr="00DD46E8">
        <w:rPr>
          <w:rFonts w:ascii="Times New Roman" w:hAnsi="Times New Roman" w:cs="Times New Roman"/>
          <w:sz w:val="24"/>
          <w:szCs w:val="24"/>
        </w:rPr>
        <w:t>.</w:t>
      </w:r>
      <w:proofErr w:type="gramEnd"/>
    </w:p>
    <w:p w:rsidR="00BB0042" w:rsidRPr="00DD46E8" w:rsidRDefault="00CE1A5A" w:rsidP="00DD46E8">
      <w:pPr>
        <w:spacing w:after="160" w:line="360" w:lineRule="auto"/>
        <w:jc w:val="both"/>
        <w:rPr>
          <w:rFonts w:ascii="Times New Roman" w:hAnsi="Times New Roman" w:cs="Times New Roman"/>
          <w:sz w:val="24"/>
          <w:szCs w:val="24"/>
        </w:rPr>
      </w:pPr>
      <w:proofErr w:type="gramStart"/>
      <w:r w:rsidRPr="00DD46E8">
        <w:rPr>
          <w:rFonts w:ascii="Times New Roman" w:hAnsi="Times New Roman" w:cs="Times New Roman"/>
          <w:sz w:val="24"/>
          <w:szCs w:val="24"/>
        </w:rPr>
        <w:t>Bu nedenlerle, konunun belirtilen gündemde görüşülmesi amacıyla Cumhuriyet Meclisinin olağanüstü toplanması talep edilmektedir.</w:t>
      </w:r>
      <w:proofErr w:type="gramEnd"/>
    </w:p>
    <w:p w:rsidR="00BB0042" w:rsidRPr="00DD46E8" w:rsidRDefault="00CE1A5A" w:rsidP="00DD46E8">
      <w:pPr>
        <w:spacing w:line="360" w:lineRule="auto"/>
        <w:rPr>
          <w:rFonts w:ascii="Times New Roman" w:hAnsi="Times New Roman" w:cs="Times New Roman"/>
          <w:sz w:val="24"/>
          <w:szCs w:val="24"/>
        </w:rPr>
      </w:pPr>
      <w:r w:rsidRPr="00DD46E8">
        <w:rPr>
          <w:rFonts w:ascii="Times New Roman" w:hAnsi="Times New Roman" w:cs="Times New Roman"/>
          <w:sz w:val="24"/>
          <w:szCs w:val="24"/>
        </w:rPr>
        <w:br w:type="page"/>
      </w:r>
    </w:p>
    <w:p w:rsidR="00BB0042" w:rsidRPr="00DD46E8" w:rsidRDefault="00C9635C" w:rsidP="00C9635C">
      <w:pPr>
        <w:spacing w:after="20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12</w:t>
      </w:r>
      <w:r w:rsidR="00CE1A5A" w:rsidRPr="00DD46E8">
        <w:rPr>
          <w:rFonts w:ascii="Times New Roman" w:hAnsi="Times New Roman" w:cs="Times New Roman"/>
          <w:sz w:val="24"/>
          <w:szCs w:val="24"/>
        </w:rPr>
        <w:t xml:space="preserve"> </w:t>
      </w:r>
      <w:proofErr w:type="spellStart"/>
      <w:r w:rsidR="00CE1A5A" w:rsidRPr="00DD46E8">
        <w:rPr>
          <w:rFonts w:ascii="Times New Roman" w:hAnsi="Times New Roman" w:cs="Times New Roman"/>
          <w:sz w:val="24"/>
          <w:szCs w:val="24"/>
        </w:rPr>
        <w:t>Ağustos</w:t>
      </w:r>
      <w:proofErr w:type="spellEnd"/>
      <w:r w:rsidR="00CE1A5A" w:rsidRPr="00DD46E8">
        <w:rPr>
          <w:rFonts w:ascii="Times New Roman" w:hAnsi="Times New Roman" w:cs="Times New Roman"/>
          <w:sz w:val="24"/>
          <w:szCs w:val="24"/>
        </w:rPr>
        <w:t xml:space="preserve"> 2026</w:t>
      </w:r>
    </w:p>
    <w:p w:rsidR="00BB0042" w:rsidRPr="00DD46E8" w:rsidRDefault="00CE1A5A" w:rsidP="00DD46E8">
      <w:pPr>
        <w:spacing w:after="0" w:line="360" w:lineRule="auto"/>
        <w:rPr>
          <w:rFonts w:ascii="Times New Roman" w:hAnsi="Times New Roman" w:cs="Times New Roman"/>
          <w:sz w:val="24"/>
          <w:szCs w:val="24"/>
        </w:rPr>
      </w:pPr>
      <w:proofErr w:type="spellStart"/>
      <w:r w:rsidRPr="00DD46E8">
        <w:rPr>
          <w:rFonts w:ascii="Times New Roman" w:hAnsi="Times New Roman" w:cs="Times New Roman"/>
          <w:b/>
          <w:sz w:val="24"/>
          <w:szCs w:val="24"/>
        </w:rPr>
        <w:t>Cumhuriyet</w:t>
      </w:r>
      <w:proofErr w:type="spellEnd"/>
      <w:r w:rsidRPr="00DD46E8">
        <w:rPr>
          <w:rFonts w:ascii="Times New Roman" w:hAnsi="Times New Roman" w:cs="Times New Roman"/>
          <w:b/>
          <w:sz w:val="24"/>
          <w:szCs w:val="24"/>
        </w:rPr>
        <w:t xml:space="preserve"> </w:t>
      </w:r>
      <w:proofErr w:type="spellStart"/>
      <w:r w:rsidRPr="00DD46E8">
        <w:rPr>
          <w:rFonts w:ascii="Times New Roman" w:hAnsi="Times New Roman" w:cs="Times New Roman"/>
          <w:b/>
          <w:sz w:val="24"/>
          <w:szCs w:val="24"/>
        </w:rPr>
        <w:t>Meclisi</w:t>
      </w:r>
      <w:proofErr w:type="spellEnd"/>
      <w:r w:rsidRPr="00DD46E8">
        <w:rPr>
          <w:rFonts w:ascii="Times New Roman" w:hAnsi="Times New Roman" w:cs="Times New Roman"/>
          <w:b/>
          <w:sz w:val="24"/>
          <w:szCs w:val="24"/>
        </w:rPr>
        <w:t xml:space="preserve"> </w:t>
      </w:r>
      <w:proofErr w:type="spellStart"/>
      <w:r w:rsidRPr="00DD46E8">
        <w:rPr>
          <w:rFonts w:ascii="Times New Roman" w:hAnsi="Times New Roman" w:cs="Times New Roman"/>
          <w:b/>
          <w:sz w:val="24"/>
          <w:szCs w:val="24"/>
        </w:rPr>
        <w:t>Başkanlığı</w:t>
      </w:r>
      <w:proofErr w:type="spellEnd"/>
      <w:r w:rsidRPr="00DD46E8">
        <w:rPr>
          <w:rFonts w:ascii="Times New Roman" w:hAnsi="Times New Roman" w:cs="Times New Roman"/>
          <w:b/>
          <w:sz w:val="24"/>
          <w:szCs w:val="24"/>
        </w:rPr>
        <w:t>,</w:t>
      </w:r>
    </w:p>
    <w:p w:rsidR="00BB0042" w:rsidRPr="00DD46E8" w:rsidRDefault="00CE1A5A" w:rsidP="00DD46E8">
      <w:pPr>
        <w:spacing w:after="240" w:line="360" w:lineRule="auto"/>
        <w:rPr>
          <w:rFonts w:ascii="Times New Roman" w:hAnsi="Times New Roman" w:cs="Times New Roman"/>
          <w:sz w:val="24"/>
          <w:szCs w:val="24"/>
        </w:rPr>
      </w:pPr>
      <w:proofErr w:type="gramStart"/>
      <w:r w:rsidRPr="00DD46E8">
        <w:rPr>
          <w:rFonts w:ascii="Times New Roman" w:hAnsi="Times New Roman" w:cs="Times New Roman"/>
          <w:b/>
          <w:sz w:val="24"/>
          <w:szCs w:val="24"/>
        </w:rPr>
        <w:t>Lefkoşa.</w:t>
      </w:r>
      <w:proofErr w:type="gramEnd"/>
    </w:p>
    <w:p w:rsidR="00BB0042" w:rsidRPr="00DD46E8" w:rsidRDefault="00CE1A5A" w:rsidP="00DD46E8">
      <w:pPr>
        <w:spacing w:after="240" w:line="360" w:lineRule="auto"/>
        <w:rPr>
          <w:rFonts w:ascii="Times New Roman" w:hAnsi="Times New Roman" w:cs="Times New Roman"/>
          <w:sz w:val="24"/>
          <w:szCs w:val="24"/>
        </w:rPr>
      </w:pPr>
      <w:r w:rsidRPr="00DD46E8">
        <w:rPr>
          <w:rFonts w:ascii="Times New Roman" w:hAnsi="Times New Roman" w:cs="Times New Roman"/>
          <w:b/>
          <w:sz w:val="24"/>
          <w:szCs w:val="24"/>
        </w:rPr>
        <w:t>DÖNEM: X     YIL: 5</w:t>
      </w:r>
    </w:p>
    <w:p w:rsidR="00BB0042" w:rsidRPr="00DD46E8" w:rsidRDefault="00CE1A5A" w:rsidP="00DD46E8">
      <w:pPr>
        <w:spacing w:after="60" w:line="360" w:lineRule="auto"/>
        <w:jc w:val="center"/>
        <w:rPr>
          <w:rFonts w:ascii="Times New Roman" w:hAnsi="Times New Roman" w:cs="Times New Roman"/>
          <w:sz w:val="24"/>
          <w:szCs w:val="24"/>
        </w:rPr>
      </w:pPr>
      <w:r w:rsidRPr="00DD46E8">
        <w:rPr>
          <w:rFonts w:ascii="Times New Roman" w:hAnsi="Times New Roman" w:cs="Times New Roman"/>
          <w:b/>
          <w:sz w:val="24"/>
          <w:szCs w:val="24"/>
        </w:rPr>
        <w:t>CUMHURİYET MECLİSİ</w:t>
      </w:r>
    </w:p>
    <w:p w:rsidR="00BB0042" w:rsidRPr="00DD46E8" w:rsidRDefault="00CE1A5A" w:rsidP="00DD46E8">
      <w:pPr>
        <w:spacing w:after="60" w:line="360" w:lineRule="auto"/>
        <w:jc w:val="center"/>
        <w:rPr>
          <w:rFonts w:ascii="Times New Roman" w:hAnsi="Times New Roman" w:cs="Times New Roman"/>
          <w:sz w:val="24"/>
          <w:szCs w:val="24"/>
        </w:rPr>
      </w:pPr>
      <w:r w:rsidRPr="00DD46E8">
        <w:rPr>
          <w:rFonts w:ascii="Times New Roman" w:hAnsi="Times New Roman" w:cs="Times New Roman"/>
          <w:b/>
          <w:sz w:val="24"/>
          <w:szCs w:val="24"/>
        </w:rPr>
        <w:t>……’üncü Olağanüstü Birleşim</w:t>
      </w:r>
    </w:p>
    <w:p w:rsidR="00BB0042" w:rsidRPr="00DD46E8" w:rsidRDefault="00CE1A5A" w:rsidP="00DD46E8">
      <w:pPr>
        <w:spacing w:after="60" w:line="360" w:lineRule="auto"/>
        <w:jc w:val="center"/>
        <w:rPr>
          <w:rFonts w:ascii="Times New Roman" w:hAnsi="Times New Roman" w:cs="Times New Roman"/>
          <w:sz w:val="24"/>
          <w:szCs w:val="24"/>
        </w:rPr>
      </w:pPr>
      <w:r w:rsidRPr="00DD46E8">
        <w:rPr>
          <w:rFonts w:ascii="Times New Roman" w:hAnsi="Times New Roman" w:cs="Times New Roman"/>
          <w:b/>
          <w:sz w:val="24"/>
          <w:szCs w:val="24"/>
        </w:rPr>
        <w:t>17 Ağustos 2026, Pazartesi</w:t>
      </w:r>
    </w:p>
    <w:p w:rsidR="00BB0042" w:rsidRPr="00DD46E8" w:rsidRDefault="00CE1A5A" w:rsidP="00DD46E8">
      <w:pPr>
        <w:spacing w:after="240" w:line="360" w:lineRule="auto"/>
        <w:jc w:val="center"/>
        <w:rPr>
          <w:rFonts w:ascii="Times New Roman" w:hAnsi="Times New Roman" w:cs="Times New Roman"/>
          <w:sz w:val="24"/>
          <w:szCs w:val="24"/>
        </w:rPr>
      </w:pPr>
      <w:r w:rsidRPr="00DD46E8">
        <w:rPr>
          <w:rFonts w:ascii="Times New Roman" w:hAnsi="Times New Roman" w:cs="Times New Roman"/>
          <w:b/>
          <w:sz w:val="24"/>
          <w:szCs w:val="24"/>
        </w:rPr>
        <w:t>Saat: 10.00</w:t>
      </w:r>
    </w:p>
    <w:p w:rsidR="00BB0042" w:rsidRPr="00DD46E8" w:rsidRDefault="00CE1A5A" w:rsidP="00DD46E8">
      <w:pPr>
        <w:spacing w:after="280" w:line="360" w:lineRule="auto"/>
        <w:rPr>
          <w:rFonts w:ascii="Times New Roman" w:hAnsi="Times New Roman" w:cs="Times New Roman"/>
          <w:sz w:val="24"/>
          <w:szCs w:val="24"/>
        </w:rPr>
      </w:pPr>
      <w:proofErr w:type="gramStart"/>
      <w:r w:rsidRPr="00DD46E8">
        <w:rPr>
          <w:rFonts w:ascii="Times New Roman" w:hAnsi="Times New Roman" w:cs="Times New Roman"/>
          <w:sz w:val="24"/>
          <w:szCs w:val="24"/>
        </w:rPr>
        <w:t>Cumhuriyet Meclisinin, Cumhuriyet Meclisi İçtüzüğünün 60’ıncı maddesinin (2)’nci fıkrası uyarınca milletvekillerinin istemi üzerine, aşağıda belirtilen gündemle yapacağı Olağanüstü Birleşime katılmanızı saygılarımla rica ederim.</w:t>
      </w:r>
      <w:proofErr w:type="gramEnd"/>
    </w:p>
    <w:p w:rsidR="00BB0042" w:rsidRPr="00DD46E8" w:rsidRDefault="00CE1A5A" w:rsidP="00DD46E8">
      <w:pPr>
        <w:spacing w:after="160" w:line="360" w:lineRule="auto"/>
        <w:rPr>
          <w:rFonts w:ascii="Times New Roman" w:hAnsi="Times New Roman" w:cs="Times New Roman"/>
          <w:sz w:val="24"/>
          <w:szCs w:val="24"/>
        </w:rPr>
      </w:pPr>
      <w:r w:rsidRPr="00DD46E8">
        <w:rPr>
          <w:rFonts w:ascii="Times New Roman" w:hAnsi="Times New Roman" w:cs="Times New Roman"/>
          <w:b/>
          <w:sz w:val="24"/>
          <w:szCs w:val="24"/>
        </w:rPr>
        <w:t>GÜNDEM:</w:t>
      </w:r>
    </w:p>
    <w:p w:rsidR="00BB0042" w:rsidRDefault="00C9635C" w:rsidP="00C9635C">
      <w:pPr>
        <w:spacing w:after="0" w:line="360" w:lineRule="auto"/>
        <w:jc w:val="both"/>
        <w:rPr>
          <w:rFonts w:ascii="Times New Roman" w:hAnsi="Times New Roman" w:cs="Times New Roman"/>
          <w:sz w:val="24"/>
          <w:szCs w:val="24"/>
        </w:rPr>
      </w:pPr>
      <w:proofErr w:type="spellStart"/>
      <w:proofErr w:type="gramStart"/>
      <w:r w:rsidRPr="00DD46E8">
        <w:rPr>
          <w:rFonts w:ascii="Times New Roman" w:hAnsi="Times New Roman" w:cs="Times New Roman"/>
          <w:sz w:val="24"/>
          <w:szCs w:val="24"/>
        </w:rPr>
        <w:t>Ülkemizde</w:t>
      </w:r>
      <w:proofErr w:type="spellEnd"/>
      <w:r w:rsidRPr="00DD46E8">
        <w:rPr>
          <w:rFonts w:ascii="Times New Roman" w:hAnsi="Times New Roman" w:cs="Times New Roman"/>
          <w:sz w:val="24"/>
          <w:szCs w:val="24"/>
        </w:rPr>
        <w:t xml:space="preserve"> son </w:t>
      </w:r>
      <w:proofErr w:type="spellStart"/>
      <w:r w:rsidRPr="00DD46E8">
        <w:rPr>
          <w:rFonts w:ascii="Times New Roman" w:hAnsi="Times New Roman" w:cs="Times New Roman"/>
          <w:sz w:val="24"/>
          <w:szCs w:val="24"/>
        </w:rPr>
        <w:t>dönemde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giderek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yoğunlaşan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ve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kamuoyundaki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güvenlik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kaygısını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derinleştiren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sorunlar</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karşısında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toplum</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güvenliğinin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sağlanmasına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yönelik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hükümetin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politika</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ve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tedbirlerinin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Meclisin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denetim</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işlevi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çerçevesinde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değerlendirilmesi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ilgili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kurumların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etkinliğinin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güçlendirilmesi</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için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yapılması</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gerekenlerin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ve</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alınabilecek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ek</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tedbirlerin</w:t>
      </w:r>
      <w:proofErr w:type="spellEnd"/>
      <w:r w:rsidRPr="00DD46E8">
        <w:rPr>
          <w:rFonts w:ascii="Times New Roman" w:hAnsi="Times New Roman" w:cs="Times New Roman"/>
          <w:sz w:val="24"/>
          <w:szCs w:val="24"/>
        </w:rPr>
        <w:t xml:space="preserve"> </w:t>
      </w:r>
      <w:proofErr w:type="spellStart"/>
      <w:r w:rsidRPr="00DD46E8">
        <w:rPr>
          <w:rFonts w:ascii="Times New Roman" w:hAnsi="Times New Roman" w:cs="Times New Roman"/>
          <w:sz w:val="24"/>
          <w:szCs w:val="24"/>
        </w:rPr>
        <w:t>görüşülmesi</w:t>
      </w:r>
      <w:proofErr w:type="spellEnd"/>
      <w:r>
        <w:rPr>
          <w:rFonts w:ascii="Times New Roman" w:hAnsi="Times New Roman" w:cs="Times New Roman"/>
          <w:sz w:val="24"/>
          <w:szCs w:val="24"/>
        </w:rPr>
        <w:t>.</w:t>
      </w:r>
      <w:proofErr w:type="gramEnd"/>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Default="00CE1A5A" w:rsidP="00C9635C">
      <w:pPr>
        <w:spacing w:after="0" w:line="360" w:lineRule="auto"/>
        <w:jc w:val="both"/>
        <w:rPr>
          <w:rFonts w:ascii="Times New Roman" w:hAnsi="Times New Roman" w:cs="Times New Roman"/>
          <w:sz w:val="24"/>
          <w:szCs w:val="24"/>
        </w:rPr>
      </w:pPr>
    </w:p>
    <w:p w:rsidR="00CE1A5A" w:rsidRPr="00DD46E8" w:rsidRDefault="00CE1A5A" w:rsidP="00CE1A5A">
      <w:pPr>
        <w:spacing w:after="0" w:line="360" w:lineRule="auto"/>
        <w:rPr>
          <w:rFonts w:ascii="Times New Roman" w:hAnsi="Times New Roman" w:cs="Times New Roman"/>
          <w:sz w:val="24"/>
          <w:szCs w:val="24"/>
        </w:rPr>
      </w:pPr>
      <w:proofErr w:type="spellStart"/>
      <w:r w:rsidRPr="00DD46E8">
        <w:rPr>
          <w:rFonts w:ascii="Times New Roman" w:hAnsi="Times New Roman" w:cs="Times New Roman"/>
          <w:b/>
          <w:sz w:val="24"/>
          <w:szCs w:val="24"/>
        </w:rPr>
        <w:lastRenderedPageBreak/>
        <w:t>İmza</w:t>
      </w:r>
      <w:proofErr w:type="spellEnd"/>
      <w:r w:rsidRPr="00DD46E8">
        <w:rPr>
          <w:rFonts w:ascii="Times New Roman" w:hAnsi="Times New Roman" w:cs="Times New Roman"/>
          <w:b/>
          <w:sz w:val="24"/>
          <w:szCs w:val="24"/>
        </w:rPr>
        <w:t xml:space="preserve"> </w:t>
      </w:r>
      <w:proofErr w:type="spellStart"/>
      <w:r w:rsidRPr="00DD46E8">
        <w:rPr>
          <w:rFonts w:ascii="Times New Roman" w:hAnsi="Times New Roman" w:cs="Times New Roman"/>
          <w:b/>
          <w:sz w:val="24"/>
          <w:szCs w:val="24"/>
        </w:rPr>
        <w:t>Sahipleri</w:t>
      </w:r>
      <w:proofErr w:type="spellEnd"/>
      <w:r w:rsidRPr="00DD46E8">
        <w:rPr>
          <w:rFonts w:ascii="Times New Roman" w:hAnsi="Times New Roman" w:cs="Times New Roman"/>
          <w:b/>
          <w:sz w:val="24"/>
          <w:szCs w:val="24"/>
        </w:rPr>
        <w:t>:</w:t>
      </w:r>
    </w:p>
    <w:p w:rsidR="00CE1A5A" w:rsidRPr="00DD46E8" w:rsidRDefault="00CE1A5A" w:rsidP="00C9635C">
      <w:pPr>
        <w:spacing w:after="0" w:line="360" w:lineRule="auto"/>
        <w:jc w:val="both"/>
        <w:rPr>
          <w:rFonts w:ascii="Times New Roman" w:hAnsi="Times New Roman" w:cs="Times New Roman"/>
          <w:sz w:val="24"/>
          <w:szCs w:val="24"/>
        </w:rPr>
      </w:pPr>
    </w:p>
    <w:sectPr w:rsidR="00CE1A5A" w:rsidRPr="00DD46E8"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BB0042"/>
    <w:rsid w:val="00C9635C"/>
    <w:rsid w:val="00CB0664"/>
    <w:rsid w:val="00CE1A5A"/>
    <w:rsid w:val="00DD46E8"/>
    <w:rsid w:val="00F623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2" w:lineRule="auto"/>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2" w:lineRule="auto"/>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516E-7AC5-40DB-9494-E8560495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evren acikyildiz</cp:lastModifiedBy>
  <cp:revision>3</cp:revision>
  <cp:lastPrinted>2026-08-11T14:27:00Z</cp:lastPrinted>
  <dcterms:created xsi:type="dcterms:W3CDTF">2026-08-11T14:28:00Z</dcterms:created>
  <dcterms:modified xsi:type="dcterms:W3CDTF">2026-08-12T08:06:00Z</dcterms:modified>
</cp:coreProperties>
</file>